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569"/>
        <w:tblW w:w="0" w:type="auto"/>
        <w:tblLayout w:type="fixed"/>
        <w:tblLook w:val="04A0" w:firstRow="1" w:lastRow="0" w:firstColumn="1" w:lastColumn="0" w:noHBand="0" w:noVBand="1"/>
      </w:tblPr>
      <w:tblGrid>
        <w:gridCol w:w="9489"/>
      </w:tblGrid>
      <w:tr w:rsidR="0098216A" w14:paraId="2BE2D69B" w14:textId="77777777" w:rsidTr="0098216A">
        <w:trPr>
          <w:trHeight w:hRule="exact" w:val="1198"/>
        </w:trPr>
        <w:tc>
          <w:tcPr>
            <w:tcW w:w="9489" w:type="dxa"/>
            <w:tcBorders>
              <w:bottom w:val="single" w:sz="8" w:space="0" w:color="4F81BC"/>
            </w:tcBorders>
            <w:tcMar>
              <w:left w:w="0" w:type="dxa"/>
              <w:right w:w="0" w:type="dxa"/>
            </w:tcMar>
          </w:tcPr>
          <w:p w14:paraId="5E2AD2B8" w14:textId="77777777" w:rsidR="0098216A" w:rsidRDefault="0098216A" w:rsidP="0098216A">
            <w:pPr>
              <w:autoSpaceDE w:val="0"/>
              <w:autoSpaceDN w:val="0"/>
              <w:spacing w:before="476" w:after="0" w:line="197" w:lineRule="auto"/>
              <w:ind w:left="28"/>
              <w:rPr>
                <w:rFonts w:ascii="Calibri" w:eastAsia="Calibri" w:hAnsi="Calibri"/>
                <w:color w:val="17365D"/>
                <w:sz w:val="52"/>
              </w:rPr>
            </w:pPr>
            <w:r>
              <w:rPr>
                <w:rFonts w:ascii="Calibri" w:eastAsia="Calibri" w:hAnsi="Calibri"/>
                <w:color w:val="17365D"/>
                <w:sz w:val="52"/>
              </w:rPr>
              <w:t>2026-2027 Term Dates</w:t>
            </w:r>
          </w:p>
        </w:tc>
      </w:tr>
    </w:tbl>
    <w:p w14:paraId="384FB227" w14:textId="77777777" w:rsidR="007F0D9C" w:rsidRDefault="0098216A">
      <w:pPr>
        <w:autoSpaceDE w:val="0"/>
        <w:autoSpaceDN w:val="0"/>
        <w:spacing w:after="336" w:line="220" w:lineRule="exact"/>
      </w:pPr>
      <w:r>
        <w:rPr>
          <w:rFonts w:ascii="Calibri" w:eastAsia="Calibri" w:hAnsi="Calibri"/>
          <w:noProof/>
          <w:color w:val="17365D"/>
          <w:sz w:val="52"/>
        </w:rPr>
        <w:drawing>
          <wp:anchor distT="0" distB="0" distL="114300" distR="114300" simplePos="0" relativeHeight="251658240" behindDoc="0" locked="0" layoutInCell="1" allowOverlap="1" wp14:anchorId="58BADA2A" wp14:editId="13507359">
            <wp:simplePos x="0" y="0"/>
            <wp:positionH relativeFrom="margin">
              <wp:posOffset>4531995</wp:posOffset>
            </wp:positionH>
            <wp:positionV relativeFrom="margin">
              <wp:posOffset>55245</wp:posOffset>
            </wp:positionV>
            <wp:extent cx="1238250" cy="131635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erm dates image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31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7264B2" w14:textId="77777777" w:rsidR="0098216A" w:rsidRDefault="0098216A" w:rsidP="007C1BC9">
      <w:pPr>
        <w:tabs>
          <w:tab w:val="left" w:pos="1752"/>
        </w:tabs>
        <w:autoSpaceDE w:val="0"/>
        <w:autoSpaceDN w:val="0"/>
        <w:spacing w:before="280" w:after="0" w:line="245" w:lineRule="auto"/>
        <w:ind w:left="312" w:right="5328"/>
        <w:rPr>
          <w:rFonts w:ascii="Calibri" w:eastAsia="Calibri" w:hAnsi="Calibri"/>
          <w:b/>
          <w:color w:val="548DD4"/>
          <w:sz w:val="32"/>
        </w:rPr>
      </w:pPr>
    </w:p>
    <w:p w14:paraId="138DFB66" w14:textId="19641B32" w:rsidR="00CF72FA" w:rsidRDefault="007C1BC9" w:rsidP="00542D4D">
      <w:pPr>
        <w:tabs>
          <w:tab w:val="left" w:pos="1752"/>
        </w:tabs>
        <w:autoSpaceDE w:val="0"/>
        <w:autoSpaceDN w:val="0"/>
        <w:spacing w:after="0" w:line="240" w:lineRule="auto"/>
        <w:ind w:left="312" w:right="397"/>
        <w:rPr>
          <w:rFonts w:ascii="Calibri" w:eastAsia="Calibri" w:hAnsi="Calibri"/>
          <w:b/>
          <w:i/>
          <w:color w:val="000000"/>
          <w:sz w:val="32"/>
        </w:rPr>
      </w:pPr>
      <w:r>
        <w:rPr>
          <w:rFonts w:ascii="Calibri" w:eastAsia="Calibri" w:hAnsi="Calibri"/>
          <w:b/>
          <w:color w:val="548DD4"/>
          <w:sz w:val="32"/>
        </w:rPr>
        <w:t>Term 1</w:t>
      </w:r>
      <w:r>
        <w:br/>
      </w:r>
      <w:r w:rsidR="00CF72FA" w:rsidRPr="00CF72FA">
        <w:rPr>
          <w:rFonts w:ascii="Calibri" w:eastAsia="Calibri" w:hAnsi="Calibri"/>
          <w:b/>
          <w:i/>
          <w:color w:val="000000"/>
          <w:sz w:val="32"/>
        </w:rPr>
        <w:t xml:space="preserve">SDD: </w:t>
      </w:r>
      <w:r w:rsidR="00542D4D">
        <w:rPr>
          <w:rFonts w:ascii="Calibri" w:eastAsia="Calibri" w:hAnsi="Calibri"/>
          <w:b/>
          <w:i/>
          <w:color w:val="000000"/>
          <w:sz w:val="32"/>
        </w:rPr>
        <w:t xml:space="preserve">          </w:t>
      </w:r>
      <w:r w:rsidR="00CF72FA" w:rsidRPr="00CF72FA">
        <w:rPr>
          <w:rFonts w:ascii="Calibri" w:eastAsia="Calibri" w:hAnsi="Calibri"/>
          <w:b/>
          <w:i/>
          <w:color w:val="000000"/>
          <w:sz w:val="32"/>
        </w:rPr>
        <w:t>Tuesday 1 September</w:t>
      </w:r>
      <w:r w:rsidR="00CF72FA">
        <w:rPr>
          <w:rFonts w:ascii="Calibri" w:eastAsia="Calibri" w:hAnsi="Calibri"/>
          <w:b/>
          <w:i/>
          <w:color w:val="000000"/>
          <w:sz w:val="32"/>
        </w:rPr>
        <w:t xml:space="preserve"> </w:t>
      </w:r>
      <w:r w:rsidR="00B24E86" w:rsidRPr="00B24E86">
        <w:rPr>
          <w:rFonts w:ascii="Calibri" w:eastAsia="Calibri" w:hAnsi="Calibri"/>
          <w:b/>
          <w:i/>
          <w:color w:val="000000"/>
          <w:sz w:val="32"/>
        </w:rPr>
        <w:t>(no school for children)</w:t>
      </w:r>
    </w:p>
    <w:p w14:paraId="2E16EE7F" w14:textId="77777777" w:rsidR="00B24E86" w:rsidRDefault="003D5D3B" w:rsidP="00B24E86">
      <w:pPr>
        <w:tabs>
          <w:tab w:val="left" w:pos="1752"/>
        </w:tabs>
        <w:autoSpaceDE w:val="0"/>
        <w:autoSpaceDN w:val="0"/>
        <w:spacing w:after="0" w:line="240" w:lineRule="auto"/>
        <w:ind w:left="312" w:right="397"/>
        <w:rPr>
          <w:rFonts w:ascii="Calibri" w:eastAsia="Calibri" w:hAnsi="Calibri"/>
          <w:b/>
          <w:i/>
          <w:color w:val="000000"/>
          <w:sz w:val="32"/>
        </w:rPr>
      </w:pPr>
      <w:r w:rsidRPr="00CF72FA">
        <w:rPr>
          <w:rFonts w:ascii="Calibri" w:eastAsia="Calibri" w:hAnsi="Calibri"/>
          <w:b/>
          <w:i/>
          <w:color w:val="000000"/>
          <w:sz w:val="32"/>
        </w:rPr>
        <w:t xml:space="preserve">SDD: </w:t>
      </w:r>
      <w:r>
        <w:rPr>
          <w:rFonts w:ascii="Calibri" w:eastAsia="Calibri" w:hAnsi="Calibri"/>
          <w:b/>
          <w:i/>
          <w:color w:val="000000"/>
          <w:sz w:val="32"/>
        </w:rPr>
        <w:t xml:space="preserve">          Wednesday 2</w:t>
      </w:r>
      <w:r w:rsidRPr="00CF72FA">
        <w:rPr>
          <w:rFonts w:ascii="Calibri" w:eastAsia="Calibri" w:hAnsi="Calibri"/>
          <w:b/>
          <w:i/>
          <w:color w:val="000000"/>
          <w:sz w:val="32"/>
        </w:rPr>
        <w:t xml:space="preserve"> September</w:t>
      </w:r>
      <w:r>
        <w:rPr>
          <w:rFonts w:ascii="Calibri" w:eastAsia="Calibri" w:hAnsi="Calibri"/>
          <w:b/>
          <w:i/>
          <w:color w:val="000000"/>
          <w:sz w:val="32"/>
        </w:rPr>
        <w:t xml:space="preserve"> </w:t>
      </w:r>
      <w:r w:rsidR="00B24E86" w:rsidRPr="00B24E86">
        <w:rPr>
          <w:rFonts w:ascii="Calibri" w:eastAsia="Calibri" w:hAnsi="Calibri"/>
          <w:b/>
          <w:i/>
          <w:color w:val="000000"/>
          <w:sz w:val="32"/>
        </w:rPr>
        <w:t>(no school for children)</w:t>
      </w:r>
    </w:p>
    <w:p w14:paraId="48F23FC3" w14:textId="74745612" w:rsidR="007C1BC9" w:rsidRPr="00CF72FA" w:rsidRDefault="007C1BC9" w:rsidP="00B24E86">
      <w:pPr>
        <w:tabs>
          <w:tab w:val="left" w:pos="1752"/>
        </w:tabs>
        <w:autoSpaceDE w:val="0"/>
        <w:autoSpaceDN w:val="0"/>
        <w:spacing w:after="0" w:line="240" w:lineRule="auto"/>
        <w:ind w:left="312" w:right="397"/>
        <w:rPr>
          <w:rFonts w:ascii="Calibri" w:eastAsia="Calibri" w:hAnsi="Calibri"/>
          <w:color w:val="000000"/>
          <w:sz w:val="32"/>
        </w:rPr>
      </w:pPr>
      <w:r>
        <w:rPr>
          <w:rFonts w:ascii="Calibri" w:eastAsia="Calibri" w:hAnsi="Calibri"/>
          <w:color w:val="000000"/>
          <w:sz w:val="32"/>
        </w:rPr>
        <w:t xml:space="preserve">Start: </w:t>
      </w:r>
      <w:r>
        <w:tab/>
      </w:r>
      <w:r>
        <w:rPr>
          <w:rFonts w:ascii="Calibri" w:eastAsia="Calibri" w:hAnsi="Calibri"/>
          <w:color w:val="000000"/>
          <w:sz w:val="32"/>
        </w:rPr>
        <w:t>T</w:t>
      </w:r>
      <w:r w:rsidR="00ED14A1">
        <w:rPr>
          <w:rFonts w:ascii="Calibri" w:eastAsia="Calibri" w:hAnsi="Calibri"/>
          <w:color w:val="000000"/>
          <w:sz w:val="32"/>
        </w:rPr>
        <w:t xml:space="preserve">hursday 3 </w:t>
      </w:r>
      <w:r>
        <w:rPr>
          <w:rFonts w:ascii="Calibri" w:eastAsia="Calibri" w:hAnsi="Calibri"/>
          <w:color w:val="000000"/>
          <w:sz w:val="32"/>
        </w:rPr>
        <w:t>September</w:t>
      </w:r>
      <w:r>
        <w:br/>
      </w:r>
      <w:r>
        <w:rPr>
          <w:rFonts w:ascii="Calibri" w:eastAsia="Calibri" w:hAnsi="Calibri"/>
          <w:color w:val="000000"/>
          <w:sz w:val="32"/>
        </w:rPr>
        <w:t xml:space="preserve">Finish: </w:t>
      </w:r>
      <w:r>
        <w:tab/>
      </w:r>
      <w:r>
        <w:rPr>
          <w:rFonts w:ascii="Calibri" w:eastAsia="Calibri" w:hAnsi="Calibri"/>
          <w:color w:val="000000"/>
          <w:sz w:val="32"/>
        </w:rPr>
        <w:t>Friday 23 October</w:t>
      </w:r>
    </w:p>
    <w:p w14:paraId="1084EF2A" w14:textId="77777777" w:rsidR="00542D4D" w:rsidRDefault="00542D4D" w:rsidP="00542D4D">
      <w:pPr>
        <w:tabs>
          <w:tab w:val="left" w:pos="1752"/>
        </w:tabs>
        <w:autoSpaceDE w:val="0"/>
        <w:autoSpaceDN w:val="0"/>
        <w:spacing w:after="0" w:line="240" w:lineRule="auto"/>
        <w:ind w:left="312" w:right="5330"/>
        <w:rPr>
          <w:rFonts w:ascii="Calibri" w:eastAsia="Calibri" w:hAnsi="Calibri"/>
          <w:b/>
          <w:color w:val="548DD4"/>
          <w:sz w:val="32"/>
        </w:rPr>
      </w:pPr>
    </w:p>
    <w:p w14:paraId="56D7D122" w14:textId="7B1DD48C" w:rsidR="00542D4D" w:rsidRDefault="00DD0B77" w:rsidP="00542D4D">
      <w:pPr>
        <w:tabs>
          <w:tab w:val="left" w:pos="1752"/>
        </w:tabs>
        <w:autoSpaceDE w:val="0"/>
        <w:autoSpaceDN w:val="0"/>
        <w:spacing w:after="0" w:line="240" w:lineRule="auto"/>
        <w:ind w:left="312" w:right="454"/>
        <w:rPr>
          <w:rFonts w:ascii="Calibri" w:eastAsia="Calibri" w:hAnsi="Calibri"/>
          <w:b/>
          <w:i/>
          <w:color w:val="000000"/>
          <w:sz w:val="32"/>
        </w:rPr>
      </w:pPr>
      <w:r>
        <w:rPr>
          <w:rFonts w:ascii="Calibri" w:eastAsia="Calibri" w:hAnsi="Calibri"/>
          <w:b/>
          <w:color w:val="548DD4"/>
          <w:sz w:val="32"/>
        </w:rPr>
        <w:t xml:space="preserve">Term 2 </w:t>
      </w:r>
      <w:r>
        <w:br/>
      </w:r>
      <w:r w:rsidR="00542D4D" w:rsidRPr="00542D4D">
        <w:rPr>
          <w:rFonts w:ascii="Calibri" w:eastAsia="Calibri" w:hAnsi="Calibri"/>
          <w:b/>
          <w:i/>
          <w:color w:val="000000"/>
          <w:sz w:val="32"/>
        </w:rPr>
        <w:t xml:space="preserve">SDD: </w:t>
      </w:r>
      <w:r w:rsidR="00542D4D">
        <w:rPr>
          <w:rFonts w:ascii="Calibri" w:eastAsia="Calibri" w:hAnsi="Calibri"/>
          <w:b/>
          <w:i/>
          <w:color w:val="000000"/>
          <w:sz w:val="32"/>
        </w:rPr>
        <w:t xml:space="preserve">          </w:t>
      </w:r>
      <w:r w:rsidR="00542D4D" w:rsidRPr="00542D4D">
        <w:rPr>
          <w:rFonts w:ascii="Calibri" w:eastAsia="Calibri" w:hAnsi="Calibri"/>
          <w:b/>
          <w:i/>
          <w:color w:val="000000"/>
          <w:sz w:val="32"/>
        </w:rPr>
        <w:t xml:space="preserve">Monday 9 November </w:t>
      </w:r>
      <w:r w:rsidR="00B24E86" w:rsidRPr="00B24E86">
        <w:rPr>
          <w:rFonts w:ascii="Calibri" w:eastAsia="Calibri" w:hAnsi="Calibri"/>
          <w:b/>
          <w:i/>
          <w:color w:val="000000"/>
          <w:sz w:val="32"/>
        </w:rPr>
        <w:t>(no school for children)</w:t>
      </w:r>
    </w:p>
    <w:p w14:paraId="37D0B2A7" w14:textId="3AB865DE" w:rsidR="007F0D9C" w:rsidRDefault="00DD0B77" w:rsidP="003D5D3B">
      <w:pPr>
        <w:tabs>
          <w:tab w:val="left" w:pos="1752"/>
        </w:tabs>
        <w:autoSpaceDE w:val="0"/>
        <w:autoSpaceDN w:val="0"/>
        <w:spacing w:after="0" w:line="240" w:lineRule="auto"/>
        <w:ind w:left="312" w:right="454"/>
        <w:rPr>
          <w:rFonts w:ascii="Calibri" w:eastAsia="Calibri" w:hAnsi="Calibri"/>
          <w:color w:val="000000"/>
          <w:sz w:val="32"/>
        </w:rPr>
      </w:pPr>
      <w:r>
        <w:rPr>
          <w:rFonts w:ascii="Calibri" w:eastAsia="Calibri" w:hAnsi="Calibri"/>
          <w:color w:val="000000"/>
          <w:sz w:val="32"/>
        </w:rPr>
        <w:t xml:space="preserve">Start: </w:t>
      </w:r>
      <w:r>
        <w:tab/>
      </w:r>
      <w:r>
        <w:rPr>
          <w:rFonts w:ascii="Calibri" w:eastAsia="Calibri" w:hAnsi="Calibri"/>
          <w:color w:val="000000"/>
          <w:sz w:val="32"/>
        </w:rPr>
        <w:t xml:space="preserve">Monday </w:t>
      </w:r>
      <w:r w:rsidR="0087094C">
        <w:rPr>
          <w:rFonts w:ascii="Calibri" w:eastAsia="Calibri" w:hAnsi="Calibri"/>
          <w:color w:val="000000"/>
          <w:sz w:val="32"/>
        </w:rPr>
        <w:t>2 November</w:t>
      </w:r>
      <w:r>
        <w:br/>
      </w:r>
      <w:r>
        <w:rPr>
          <w:rFonts w:ascii="Calibri" w:eastAsia="Calibri" w:hAnsi="Calibri"/>
          <w:color w:val="000000"/>
          <w:sz w:val="32"/>
        </w:rPr>
        <w:t xml:space="preserve">Finish: </w:t>
      </w:r>
      <w:r>
        <w:tab/>
      </w:r>
      <w:r>
        <w:rPr>
          <w:rFonts w:ascii="Calibri" w:eastAsia="Calibri" w:hAnsi="Calibri"/>
          <w:color w:val="000000"/>
          <w:sz w:val="32"/>
        </w:rPr>
        <w:t xml:space="preserve">Friday </w:t>
      </w:r>
      <w:r w:rsidR="0087094C">
        <w:rPr>
          <w:rFonts w:ascii="Calibri" w:eastAsia="Calibri" w:hAnsi="Calibri"/>
          <w:color w:val="000000"/>
          <w:sz w:val="32"/>
        </w:rPr>
        <w:t>18 December</w:t>
      </w:r>
    </w:p>
    <w:p w14:paraId="5C62723B" w14:textId="77777777" w:rsidR="00CF72FA" w:rsidRDefault="00CF72FA">
      <w:pPr>
        <w:tabs>
          <w:tab w:val="left" w:pos="1752"/>
        </w:tabs>
        <w:autoSpaceDE w:val="0"/>
        <w:autoSpaceDN w:val="0"/>
        <w:spacing w:before="280" w:after="0" w:line="245" w:lineRule="auto"/>
        <w:ind w:left="312" w:right="5328"/>
      </w:pPr>
    </w:p>
    <w:p w14:paraId="47C518CD" w14:textId="77777777" w:rsidR="00997190" w:rsidRDefault="00DD0B77" w:rsidP="00CF72FA">
      <w:pPr>
        <w:autoSpaceDE w:val="0"/>
        <w:autoSpaceDN w:val="0"/>
        <w:spacing w:after="0" w:line="197" w:lineRule="auto"/>
        <w:ind w:left="312"/>
        <w:rPr>
          <w:rFonts w:ascii="Calibri" w:eastAsia="Calibri" w:hAnsi="Calibri"/>
          <w:b/>
          <w:color w:val="548DD4"/>
          <w:sz w:val="32"/>
        </w:rPr>
      </w:pPr>
      <w:r>
        <w:rPr>
          <w:rFonts w:ascii="Calibri" w:eastAsia="Calibri" w:hAnsi="Calibri"/>
          <w:b/>
          <w:color w:val="548DD4"/>
          <w:sz w:val="32"/>
        </w:rPr>
        <w:t>Term 3</w:t>
      </w:r>
    </w:p>
    <w:p w14:paraId="6F55425E" w14:textId="018529E5" w:rsidR="00CF72FA" w:rsidRDefault="00CF72FA" w:rsidP="00CF72FA">
      <w:pPr>
        <w:autoSpaceDE w:val="0"/>
        <w:autoSpaceDN w:val="0"/>
        <w:spacing w:after="0" w:line="197" w:lineRule="auto"/>
        <w:ind w:left="312"/>
        <w:rPr>
          <w:rFonts w:ascii="Calibri" w:eastAsia="Calibri" w:hAnsi="Calibri"/>
          <w:b/>
          <w:i/>
          <w:color w:val="000000"/>
          <w:sz w:val="32"/>
        </w:rPr>
      </w:pPr>
      <w:r w:rsidRPr="00CF72FA">
        <w:rPr>
          <w:rFonts w:ascii="Calibri" w:eastAsia="Calibri" w:hAnsi="Calibri"/>
          <w:b/>
          <w:i/>
          <w:color w:val="000000"/>
          <w:sz w:val="32"/>
        </w:rPr>
        <w:t>SDD:</w:t>
      </w:r>
      <w:r>
        <w:rPr>
          <w:rFonts w:ascii="Calibri" w:eastAsia="Calibri" w:hAnsi="Calibri"/>
          <w:b/>
          <w:i/>
          <w:color w:val="000000"/>
          <w:sz w:val="32"/>
        </w:rPr>
        <w:t xml:space="preserve"> </w:t>
      </w:r>
      <w:r w:rsidRPr="00CF72FA">
        <w:rPr>
          <w:rFonts w:ascii="Calibri" w:eastAsia="Calibri" w:hAnsi="Calibri"/>
          <w:b/>
          <w:i/>
          <w:color w:val="000000"/>
          <w:sz w:val="32"/>
        </w:rPr>
        <w:t xml:space="preserve"> </w:t>
      </w:r>
      <w:r>
        <w:rPr>
          <w:rFonts w:ascii="Calibri" w:eastAsia="Calibri" w:hAnsi="Calibri"/>
          <w:b/>
          <w:i/>
          <w:color w:val="000000"/>
          <w:sz w:val="32"/>
        </w:rPr>
        <w:t xml:space="preserve">    </w:t>
      </w:r>
      <w:r w:rsidR="00542D4D">
        <w:rPr>
          <w:rFonts w:ascii="Calibri" w:eastAsia="Calibri" w:hAnsi="Calibri"/>
          <w:b/>
          <w:i/>
          <w:color w:val="000000"/>
          <w:sz w:val="32"/>
        </w:rPr>
        <w:t xml:space="preserve">   </w:t>
      </w:r>
      <w:r>
        <w:rPr>
          <w:rFonts w:ascii="Calibri" w:eastAsia="Calibri" w:hAnsi="Calibri"/>
          <w:b/>
          <w:i/>
          <w:color w:val="000000"/>
          <w:sz w:val="32"/>
        </w:rPr>
        <w:t xml:space="preserve"> </w:t>
      </w:r>
      <w:r w:rsidR="00542D4D">
        <w:rPr>
          <w:rFonts w:ascii="Calibri" w:eastAsia="Calibri" w:hAnsi="Calibri"/>
          <w:b/>
          <w:i/>
          <w:color w:val="000000"/>
          <w:sz w:val="32"/>
        </w:rPr>
        <w:t xml:space="preserve"> </w:t>
      </w:r>
      <w:r w:rsidRPr="00CF72FA">
        <w:rPr>
          <w:rFonts w:ascii="Calibri" w:eastAsia="Calibri" w:hAnsi="Calibri"/>
          <w:b/>
          <w:i/>
          <w:color w:val="000000"/>
          <w:sz w:val="32"/>
        </w:rPr>
        <w:t xml:space="preserve">Monday 4 January </w:t>
      </w:r>
      <w:r w:rsidR="00B24E86" w:rsidRPr="00B24E86">
        <w:rPr>
          <w:rFonts w:ascii="Calibri" w:eastAsia="Calibri" w:hAnsi="Calibri"/>
          <w:b/>
          <w:i/>
          <w:color w:val="000000"/>
          <w:sz w:val="32"/>
        </w:rPr>
        <w:t>(no school for children)</w:t>
      </w:r>
    </w:p>
    <w:p w14:paraId="10311D47" w14:textId="4BBFC0CF" w:rsidR="007F0D9C" w:rsidRPr="00452782" w:rsidRDefault="00DD0B77" w:rsidP="00CF72FA">
      <w:pPr>
        <w:autoSpaceDE w:val="0"/>
        <w:autoSpaceDN w:val="0"/>
        <w:spacing w:after="0" w:line="197" w:lineRule="auto"/>
        <w:ind w:left="312"/>
        <w:rPr>
          <w:rFonts w:ascii="Calibri" w:eastAsia="Calibri" w:hAnsi="Calibri"/>
          <w:b/>
          <w:color w:val="548DD4"/>
          <w:sz w:val="32"/>
        </w:rPr>
      </w:pPr>
      <w:r>
        <w:rPr>
          <w:rFonts w:ascii="Calibri" w:eastAsia="Calibri" w:hAnsi="Calibri"/>
          <w:color w:val="000000"/>
          <w:sz w:val="32"/>
        </w:rPr>
        <w:t xml:space="preserve">Start: </w:t>
      </w:r>
      <w:r>
        <w:tab/>
      </w:r>
      <w:r w:rsidR="00542D4D">
        <w:t xml:space="preserve">     </w:t>
      </w:r>
      <w:r w:rsidR="00ED14A1">
        <w:rPr>
          <w:rFonts w:ascii="Calibri" w:eastAsia="Calibri" w:hAnsi="Calibri"/>
          <w:color w:val="000000"/>
          <w:sz w:val="32"/>
        </w:rPr>
        <w:t>Tuesday 5</w:t>
      </w:r>
      <w:r w:rsidR="0087094C">
        <w:rPr>
          <w:rFonts w:ascii="Calibri" w:eastAsia="Calibri" w:hAnsi="Calibri"/>
          <w:color w:val="000000"/>
          <w:sz w:val="32"/>
        </w:rPr>
        <w:t xml:space="preserve"> January</w:t>
      </w:r>
      <w:r>
        <w:br/>
      </w:r>
      <w:r>
        <w:rPr>
          <w:rFonts w:ascii="Calibri" w:eastAsia="Calibri" w:hAnsi="Calibri"/>
          <w:color w:val="000000"/>
          <w:sz w:val="32"/>
        </w:rPr>
        <w:t xml:space="preserve">Finish: </w:t>
      </w:r>
      <w:r>
        <w:tab/>
      </w:r>
      <w:r>
        <w:rPr>
          <w:rFonts w:ascii="Calibri" w:eastAsia="Calibri" w:hAnsi="Calibri"/>
          <w:color w:val="000000"/>
          <w:sz w:val="32"/>
        </w:rPr>
        <w:t xml:space="preserve"> </w:t>
      </w:r>
      <w:r w:rsidR="00542D4D">
        <w:rPr>
          <w:rFonts w:ascii="Calibri" w:eastAsia="Calibri" w:hAnsi="Calibri"/>
          <w:color w:val="000000"/>
          <w:sz w:val="32"/>
        </w:rPr>
        <w:t xml:space="preserve">   </w:t>
      </w:r>
      <w:r w:rsidR="00702F02">
        <w:rPr>
          <w:rFonts w:ascii="Calibri" w:eastAsia="Calibri" w:hAnsi="Calibri"/>
          <w:color w:val="000000"/>
          <w:sz w:val="32"/>
        </w:rPr>
        <w:t>Fri</w:t>
      </w:r>
      <w:r w:rsidR="00C00C6A">
        <w:rPr>
          <w:rFonts w:ascii="Calibri" w:eastAsia="Calibri" w:hAnsi="Calibri"/>
          <w:color w:val="000000"/>
          <w:sz w:val="32"/>
        </w:rPr>
        <w:t>day 1</w:t>
      </w:r>
      <w:r w:rsidR="00702F02">
        <w:rPr>
          <w:rFonts w:ascii="Calibri" w:eastAsia="Calibri" w:hAnsi="Calibri"/>
          <w:color w:val="000000"/>
          <w:sz w:val="32"/>
        </w:rPr>
        <w:t>2</w:t>
      </w:r>
      <w:r>
        <w:rPr>
          <w:rFonts w:ascii="Calibri" w:eastAsia="Calibri" w:hAnsi="Calibri"/>
          <w:color w:val="000000"/>
          <w:sz w:val="32"/>
        </w:rPr>
        <w:t xml:space="preserve"> February </w:t>
      </w:r>
    </w:p>
    <w:p w14:paraId="473CF9AB" w14:textId="77777777" w:rsidR="0087094C" w:rsidRPr="0087094C" w:rsidRDefault="00DD0B77" w:rsidP="0087094C">
      <w:pPr>
        <w:tabs>
          <w:tab w:val="left" w:pos="1752"/>
        </w:tabs>
        <w:autoSpaceDE w:val="0"/>
        <w:autoSpaceDN w:val="0"/>
        <w:spacing w:before="462" w:after="0" w:line="245" w:lineRule="auto"/>
        <w:ind w:left="312" w:right="5328"/>
        <w:rPr>
          <w:rFonts w:ascii="Calibri" w:eastAsia="Calibri" w:hAnsi="Calibri"/>
          <w:color w:val="000000"/>
          <w:sz w:val="32"/>
        </w:rPr>
      </w:pPr>
      <w:r>
        <w:rPr>
          <w:rFonts w:ascii="Calibri" w:eastAsia="Calibri" w:hAnsi="Calibri"/>
          <w:b/>
          <w:color w:val="548DD4"/>
          <w:sz w:val="32"/>
        </w:rPr>
        <w:t xml:space="preserve">Term 4 </w:t>
      </w:r>
      <w:r>
        <w:br/>
      </w:r>
      <w:r>
        <w:rPr>
          <w:rFonts w:ascii="Calibri" w:eastAsia="Calibri" w:hAnsi="Calibri"/>
          <w:color w:val="000000"/>
          <w:sz w:val="32"/>
        </w:rPr>
        <w:t xml:space="preserve">Start: </w:t>
      </w:r>
      <w:r>
        <w:tab/>
      </w:r>
      <w:r>
        <w:rPr>
          <w:rFonts w:ascii="Calibri" w:eastAsia="Calibri" w:hAnsi="Calibri"/>
          <w:color w:val="000000"/>
          <w:sz w:val="32"/>
        </w:rPr>
        <w:t>Monday 2</w:t>
      </w:r>
      <w:r w:rsidR="0087094C">
        <w:rPr>
          <w:rFonts w:ascii="Calibri" w:eastAsia="Calibri" w:hAnsi="Calibri"/>
          <w:color w:val="000000"/>
          <w:sz w:val="32"/>
        </w:rPr>
        <w:t>2</w:t>
      </w:r>
      <w:r>
        <w:rPr>
          <w:rFonts w:ascii="Calibri" w:eastAsia="Calibri" w:hAnsi="Calibri"/>
          <w:color w:val="000000"/>
          <w:sz w:val="32"/>
        </w:rPr>
        <w:t xml:space="preserve"> February </w:t>
      </w:r>
      <w:r>
        <w:br/>
      </w:r>
      <w:r>
        <w:rPr>
          <w:rFonts w:ascii="Calibri" w:eastAsia="Calibri" w:hAnsi="Calibri"/>
          <w:color w:val="000000"/>
          <w:sz w:val="32"/>
        </w:rPr>
        <w:t xml:space="preserve">Finish: </w:t>
      </w:r>
      <w:r>
        <w:tab/>
      </w:r>
      <w:r w:rsidR="0087094C">
        <w:rPr>
          <w:rFonts w:ascii="Calibri" w:eastAsia="Calibri" w:hAnsi="Calibri"/>
          <w:color w:val="000000"/>
          <w:sz w:val="32"/>
        </w:rPr>
        <w:t>Thursday</w:t>
      </w:r>
      <w:r>
        <w:rPr>
          <w:rFonts w:ascii="Calibri" w:eastAsia="Calibri" w:hAnsi="Calibri"/>
          <w:color w:val="000000"/>
          <w:sz w:val="32"/>
        </w:rPr>
        <w:t xml:space="preserve"> </w:t>
      </w:r>
      <w:r w:rsidR="0087094C">
        <w:rPr>
          <w:rFonts w:ascii="Calibri" w:eastAsia="Calibri" w:hAnsi="Calibri"/>
          <w:color w:val="000000"/>
          <w:sz w:val="32"/>
        </w:rPr>
        <w:t xml:space="preserve">25 March         </w:t>
      </w:r>
      <w:r w:rsidR="0087094C" w:rsidRPr="0087094C">
        <w:rPr>
          <w:rFonts w:ascii="Calibri" w:eastAsia="Calibri" w:hAnsi="Calibri"/>
          <w:b/>
          <w:i/>
          <w:color w:val="000000"/>
          <w:sz w:val="32"/>
        </w:rPr>
        <w:t>Friday 26 Ma</w:t>
      </w:r>
      <w:r w:rsidR="00CF72FA">
        <w:rPr>
          <w:rFonts w:ascii="Calibri" w:eastAsia="Calibri" w:hAnsi="Calibri"/>
          <w:b/>
          <w:i/>
          <w:color w:val="000000"/>
          <w:sz w:val="32"/>
        </w:rPr>
        <w:t>rch</w:t>
      </w:r>
      <w:r w:rsidR="0087094C">
        <w:rPr>
          <w:rFonts w:ascii="Calibri" w:eastAsia="Calibri" w:hAnsi="Calibri"/>
          <w:b/>
          <w:i/>
          <w:color w:val="000000"/>
          <w:sz w:val="32"/>
        </w:rPr>
        <w:t xml:space="preserve"> – Bank Holiday</w:t>
      </w:r>
    </w:p>
    <w:p w14:paraId="0942FCE7" w14:textId="77777777" w:rsidR="00CF72FA" w:rsidRDefault="00CF72FA" w:rsidP="00CF72FA">
      <w:pPr>
        <w:tabs>
          <w:tab w:val="left" w:pos="1752"/>
        </w:tabs>
        <w:autoSpaceDE w:val="0"/>
        <w:autoSpaceDN w:val="0"/>
        <w:spacing w:after="0" w:line="240" w:lineRule="auto"/>
        <w:ind w:left="312" w:right="4031"/>
        <w:rPr>
          <w:rFonts w:ascii="Calibri" w:eastAsia="Calibri" w:hAnsi="Calibri"/>
          <w:b/>
          <w:color w:val="548DD4"/>
          <w:sz w:val="32"/>
        </w:rPr>
      </w:pPr>
    </w:p>
    <w:p w14:paraId="69ECCCFB" w14:textId="708D5CB2" w:rsidR="00CF72FA" w:rsidRDefault="00DD0B77" w:rsidP="00CF72FA">
      <w:pPr>
        <w:tabs>
          <w:tab w:val="left" w:pos="1752"/>
        </w:tabs>
        <w:autoSpaceDE w:val="0"/>
        <w:autoSpaceDN w:val="0"/>
        <w:spacing w:after="0" w:line="240" w:lineRule="auto"/>
        <w:ind w:left="312" w:right="4031"/>
        <w:rPr>
          <w:rFonts w:ascii="Calibri" w:eastAsia="Calibri" w:hAnsi="Calibri"/>
          <w:color w:val="000000"/>
          <w:sz w:val="32"/>
        </w:rPr>
      </w:pPr>
      <w:r>
        <w:rPr>
          <w:rFonts w:ascii="Calibri" w:eastAsia="Calibri" w:hAnsi="Calibri"/>
          <w:b/>
          <w:color w:val="548DD4"/>
          <w:sz w:val="32"/>
        </w:rPr>
        <w:t xml:space="preserve">Term 5 </w:t>
      </w:r>
    </w:p>
    <w:p w14:paraId="45B7CA82" w14:textId="77777777" w:rsidR="00343757" w:rsidRDefault="00343757" w:rsidP="00343757">
      <w:pPr>
        <w:tabs>
          <w:tab w:val="left" w:pos="1752"/>
        </w:tabs>
        <w:autoSpaceDE w:val="0"/>
        <w:autoSpaceDN w:val="0"/>
        <w:spacing w:after="0" w:line="240" w:lineRule="auto"/>
        <w:ind w:left="312" w:right="1021"/>
        <w:rPr>
          <w:rFonts w:ascii="Calibri" w:eastAsia="Calibri" w:hAnsi="Calibri"/>
          <w:b/>
          <w:i/>
          <w:color w:val="000000"/>
          <w:sz w:val="32"/>
        </w:rPr>
      </w:pPr>
      <w:r>
        <w:rPr>
          <w:rFonts w:ascii="Calibri" w:eastAsia="Calibri" w:hAnsi="Calibri"/>
          <w:b/>
          <w:i/>
          <w:color w:val="000000"/>
          <w:sz w:val="32"/>
        </w:rPr>
        <w:t>SDD:</w:t>
      </w:r>
      <w:r>
        <w:rPr>
          <w:rFonts w:ascii="Calibri" w:eastAsia="Calibri" w:hAnsi="Calibri"/>
          <w:b/>
          <w:i/>
          <w:color w:val="000000"/>
          <w:sz w:val="32"/>
        </w:rPr>
        <w:tab/>
        <w:t>Friday 28 May (no school for children)</w:t>
      </w:r>
    </w:p>
    <w:p w14:paraId="3C80B9B0" w14:textId="636EF4C8" w:rsidR="007F0D9C" w:rsidRPr="00343757" w:rsidRDefault="00343757" w:rsidP="00343757">
      <w:pPr>
        <w:tabs>
          <w:tab w:val="left" w:pos="1752"/>
        </w:tabs>
        <w:autoSpaceDE w:val="0"/>
        <w:autoSpaceDN w:val="0"/>
        <w:spacing w:after="0" w:line="240" w:lineRule="auto"/>
        <w:ind w:left="312" w:right="1021"/>
        <w:rPr>
          <w:rFonts w:ascii="Calibri" w:eastAsia="Calibri" w:hAnsi="Calibri"/>
          <w:color w:val="000000"/>
          <w:sz w:val="32"/>
        </w:rPr>
      </w:pPr>
      <w:r>
        <w:rPr>
          <w:rFonts w:ascii="Calibri" w:eastAsia="Calibri" w:hAnsi="Calibri"/>
          <w:color w:val="000000"/>
          <w:sz w:val="32"/>
        </w:rPr>
        <w:t xml:space="preserve">Start: </w:t>
      </w:r>
      <w:r>
        <w:tab/>
      </w:r>
      <w:r>
        <w:rPr>
          <w:rFonts w:ascii="Calibri" w:eastAsia="Calibri" w:hAnsi="Calibri"/>
          <w:color w:val="000000"/>
          <w:sz w:val="32"/>
        </w:rPr>
        <w:t xml:space="preserve">Monday 12 April </w:t>
      </w:r>
      <w:r>
        <w:br/>
      </w:r>
      <w:r>
        <w:rPr>
          <w:rFonts w:ascii="Calibri" w:eastAsia="Calibri" w:hAnsi="Calibri"/>
          <w:color w:val="000000"/>
          <w:sz w:val="32"/>
        </w:rPr>
        <w:t xml:space="preserve">Finish: </w:t>
      </w:r>
      <w:r>
        <w:tab/>
      </w:r>
      <w:r>
        <w:rPr>
          <w:rFonts w:ascii="Calibri" w:eastAsia="Calibri" w:hAnsi="Calibri"/>
          <w:color w:val="000000"/>
          <w:sz w:val="32"/>
        </w:rPr>
        <w:t xml:space="preserve">Thursday 27 May </w:t>
      </w:r>
      <w:r w:rsidR="00DD0B77">
        <w:br/>
      </w:r>
      <w:r w:rsidR="00DD0B77">
        <w:rPr>
          <w:rFonts w:ascii="Calibri" w:eastAsia="Calibri" w:hAnsi="Calibri"/>
          <w:b/>
          <w:i/>
          <w:color w:val="000000"/>
          <w:sz w:val="32"/>
        </w:rPr>
        <w:t xml:space="preserve">Monday </w:t>
      </w:r>
      <w:r w:rsidR="0087094C">
        <w:rPr>
          <w:rFonts w:ascii="Calibri" w:eastAsia="Calibri" w:hAnsi="Calibri"/>
          <w:b/>
          <w:i/>
          <w:color w:val="000000"/>
          <w:sz w:val="32"/>
        </w:rPr>
        <w:t>3</w:t>
      </w:r>
      <w:r w:rsidR="00DD0B77">
        <w:rPr>
          <w:rFonts w:ascii="Calibri" w:eastAsia="Calibri" w:hAnsi="Calibri"/>
          <w:b/>
          <w:i/>
          <w:color w:val="000000"/>
          <w:sz w:val="32"/>
        </w:rPr>
        <w:t xml:space="preserve"> May – Bank Holiday</w:t>
      </w:r>
    </w:p>
    <w:p w14:paraId="31605C1F" w14:textId="77777777" w:rsidR="007F0D9C" w:rsidRDefault="00DD0B77" w:rsidP="00CF72FA">
      <w:pPr>
        <w:tabs>
          <w:tab w:val="left" w:pos="1752"/>
        </w:tabs>
        <w:autoSpaceDE w:val="0"/>
        <w:autoSpaceDN w:val="0"/>
        <w:spacing w:before="464" w:after="0" w:line="245" w:lineRule="auto"/>
        <w:ind w:left="312" w:right="1758"/>
      </w:pPr>
      <w:r>
        <w:rPr>
          <w:rFonts w:ascii="Calibri" w:eastAsia="Calibri" w:hAnsi="Calibri"/>
          <w:b/>
          <w:color w:val="548DD4"/>
          <w:sz w:val="32"/>
        </w:rPr>
        <w:t xml:space="preserve">Term 6 </w:t>
      </w:r>
      <w:r>
        <w:br/>
      </w:r>
      <w:r>
        <w:rPr>
          <w:rFonts w:ascii="Calibri" w:eastAsia="Calibri" w:hAnsi="Calibri"/>
          <w:color w:val="000000"/>
          <w:sz w:val="32"/>
        </w:rPr>
        <w:t xml:space="preserve">Start: </w:t>
      </w:r>
      <w:r>
        <w:tab/>
      </w:r>
      <w:r>
        <w:rPr>
          <w:rFonts w:ascii="Calibri" w:eastAsia="Calibri" w:hAnsi="Calibri"/>
          <w:color w:val="000000"/>
          <w:sz w:val="32"/>
        </w:rPr>
        <w:t xml:space="preserve">Monday </w:t>
      </w:r>
      <w:r w:rsidR="0087094C">
        <w:rPr>
          <w:rFonts w:ascii="Calibri" w:eastAsia="Calibri" w:hAnsi="Calibri"/>
          <w:color w:val="000000"/>
          <w:sz w:val="32"/>
        </w:rPr>
        <w:t>7</w:t>
      </w:r>
      <w:r>
        <w:rPr>
          <w:rFonts w:ascii="Calibri" w:eastAsia="Calibri" w:hAnsi="Calibri"/>
          <w:color w:val="000000"/>
          <w:sz w:val="32"/>
        </w:rPr>
        <w:t xml:space="preserve"> June </w:t>
      </w:r>
      <w:r>
        <w:br/>
      </w:r>
      <w:r>
        <w:rPr>
          <w:rFonts w:ascii="Calibri" w:eastAsia="Calibri" w:hAnsi="Calibri"/>
          <w:color w:val="000000"/>
          <w:sz w:val="32"/>
        </w:rPr>
        <w:t xml:space="preserve">Finish: </w:t>
      </w:r>
      <w:r>
        <w:tab/>
      </w:r>
      <w:r w:rsidR="00CF72FA">
        <w:rPr>
          <w:rFonts w:ascii="Calibri" w:eastAsia="Calibri" w:hAnsi="Calibri"/>
          <w:color w:val="000000"/>
          <w:sz w:val="32"/>
        </w:rPr>
        <w:t>Wednes</w:t>
      </w:r>
      <w:r>
        <w:rPr>
          <w:rFonts w:ascii="Calibri" w:eastAsia="Calibri" w:hAnsi="Calibri"/>
          <w:color w:val="000000"/>
          <w:sz w:val="32"/>
        </w:rPr>
        <w:t xml:space="preserve">day </w:t>
      </w:r>
      <w:r w:rsidR="0087094C">
        <w:rPr>
          <w:rFonts w:ascii="Calibri" w:eastAsia="Calibri" w:hAnsi="Calibri"/>
          <w:color w:val="000000"/>
          <w:sz w:val="32"/>
        </w:rPr>
        <w:t>21</w:t>
      </w:r>
      <w:r>
        <w:rPr>
          <w:rFonts w:ascii="Calibri" w:eastAsia="Calibri" w:hAnsi="Calibri"/>
          <w:color w:val="000000"/>
          <w:sz w:val="32"/>
        </w:rPr>
        <w:t xml:space="preserve"> July</w:t>
      </w:r>
    </w:p>
    <w:sectPr w:rsidR="007F0D9C" w:rsidSect="00034616">
      <w:pgSz w:w="11906" w:h="16838"/>
      <w:pgMar w:top="558" w:right="802" w:bottom="1440" w:left="11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84575871">
    <w:abstractNumId w:val="8"/>
  </w:num>
  <w:num w:numId="2" w16cid:durableId="1825589511">
    <w:abstractNumId w:val="6"/>
  </w:num>
  <w:num w:numId="3" w16cid:durableId="851266529">
    <w:abstractNumId w:val="5"/>
  </w:num>
  <w:num w:numId="4" w16cid:durableId="1602302027">
    <w:abstractNumId w:val="4"/>
  </w:num>
  <w:num w:numId="5" w16cid:durableId="1148937749">
    <w:abstractNumId w:val="7"/>
  </w:num>
  <w:num w:numId="6" w16cid:durableId="237446164">
    <w:abstractNumId w:val="3"/>
  </w:num>
  <w:num w:numId="7" w16cid:durableId="1648587193">
    <w:abstractNumId w:val="2"/>
  </w:num>
  <w:num w:numId="8" w16cid:durableId="1892383576">
    <w:abstractNumId w:val="1"/>
  </w:num>
  <w:num w:numId="9" w16cid:durableId="1454978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C0258"/>
    <w:rsid w:val="0015074B"/>
    <w:rsid w:val="0029639D"/>
    <w:rsid w:val="00326F90"/>
    <w:rsid w:val="00343757"/>
    <w:rsid w:val="003D5D3B"/>
    <w:rsid w:val="00452782"/>
    <w:rsid w:val="004B7DEC"/>
    <w:rsid w:val="00542D4D"/>
    <w:rsid w:val="00702F02"/>
    <w:rsid w:val="007C1BC9"/>
    <w:rsid w:val="007F0D9C"/>
    <w:rsid w:val="00862F3D"/>
    <w:rsid w:val="0087094C"/>
    <w:rsid w:val="00876E55"/>
    <w:rsid w:val="0098216A"/>
    <w:rsid w:val="00997190"/>
    <w:rsid w:val="00A07D7B"/>
    <w:rsid w:val="00AA1D8D"/>
    <w:rsid w:val="00AE1C74"/>
    <w:rsid w:val="00B24E86"/>
    <w:rsid w:val="00B47730"/>
    <w:rsid w:val="00B532ED"/>
    <w:rsid w:val="00C00C6A"/>
    <w:rsid w:val="00CB0664"/>
    <w:rsid w:val="00CF72FA"/>
    <w:rsid w:val="00DD0B77"/>
    <w:rsid w:val="00E8101D"/>
    <w:rsid w:val="00ED14A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C79388"/>
  <w14:defaultImageDpi w14:val="300"/>
  <w15:docId w15:val="{BA5438A5-9C63-4818-A19A-E0F379ED3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7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2F1E0A-2103-42E1-A411-586FBF812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Mrs L Handy</cp:lastModifiedBy>
  <cp:revision>5</cp:revision>
  <cp:lastPrinted>2026-01-09T14:30:00Z</cp:lastPrinted>
  <dcterms:created xsi:type="dcterms:W3CDTF">2026-02-05T10:01:00Z</dcterms:created>
  <dcterms:modified xsi:type="dcterms:W3CDTF">2026-02-13T14:27:00Z</dcterms:modified>
  <cp:category/>
</cp:coreProperties>
</file>